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0B2A5B"/>
          <w:sz w:val="40"/>
          <w:rtl/>
          <w:szCs w:val="40"/>
          <w:bCs/>
        </w:rPr>
        <w:t>🎫 כרטיסי תפקידים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🎤 מנחות ומנחים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ללמוד את טקסט ההנחיה כמעט בעל פה ולהחזיק דף גיבוי בכרטיס קטן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לתאם עם הצוות הטכני את סימני המעבר (פעמון, אור)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להזמין את המדליקים בשמם ובקצב רגוע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לשמור על הזמן – לדעת מה מקצרים אם יש עיכוב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לסיים את הטקס ולכוון את הקהל ליציאה מסודרת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חייכו לקהל לפני שאתם מדברים, ודברו לאט מכפי שנראה לכם – באולם מלא הכול נשמע מהר יותר.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🕯️ מדליקות ומדליקים (8 + 1 לשמש)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לבחור יחד עם המורה את הערך ואת המשפט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לתרגל את ההליכה מהשורה אל הכוכב שלכם ובחזרה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לדעת איזה מתג מפעיל את הנר שלכם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להחזיק את כרטיס הערך כך שהקהל רואה אותו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לומר את המשפט אל המיקרופון, בקול ברור ורגוע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אם שוכחים את המשפט – מסתכלים על הכרטיס. אף אחד בקהל לא יודע מה היה כתוב, וכולם בעדכם.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📜 קריינות וקריינים (3)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לקרוא את הקטע בקול לפחות חמש פעמים לפני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לסמן בעיפרון נשימות והדגשות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לבדוק את גובה המיקרופון בדוכן בחזרה הגנרלית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להיכנס לדוכן בזמן שהמוזיקה עדיין מתנגנת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עצרו לשנייה אחרי כל משפט חשוב. השקט הזה הוא חלק מהקטע.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🎭 שחקניות ושחקני המערכון (4)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ללמוד את הטקסט בעל 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להכין תלבושת פשוטה עם צוות התפאורה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לתרגל כניסות ויציאות ואת המקום על הבמה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לדבר אל הקהל ולא אל הרצפה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לחכות לצחוק של הקהל לפני המשפט הבא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במערכון קומי – ככל שאתם רציניים יותר בתוך הדמות, הקהל צוחק יותר.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🎶 מקהלה (12–20)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ללמוד את השירים ואת הקריאה הקולית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לדעת באיזו שורה ובאיזה מקום עומדים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לעלות ולרדת מהמדרגות בשקט ובסדר קבוע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להוביל את הקהל בשיר הסיום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הסתכלו על המנצח/ת ועל החברים בשורה – כך נשמעים כקול אחד.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🎛️ טכנאות וטכנאי סאונד ותאורה (2)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להכין רשימת השמעה מסודרת לפי סדר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לבדוק מיקרופונים, סוללות וכבלים יום לפני ובבוקר הטקס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לסמן בתסריט כל שינוי אור וכל צליל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לבדוק שכל נרות ה־LED פועלים ושיש סוללות רזרביות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להיות בקשר עין עם המנחים לאורך כל הטקס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החזיקו את התסריט המסומן פתוח כל הזמן, ושימו מדבקה צבעונית על כל מתג חשוב.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🖥️ צוות שקופיות (1–2)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לבנות את המצגת לפי סדר הקטעים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לבדוק שהמצגת נפתחת במחשב של האולם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להעביר שקופית לפי הסימונים בתסריט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להכין עותק גיבוי בזיכרון נייד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שקופית כהה עם מעט טקסט – כך האור על הבמה בולט יותר.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🛠️ צוות תפאורה (3–4)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לבנות את החנוכייה הגדולה ואת פנסי הצנצנות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להדביק את כוכבי הזהב על הרצפה במקומות המדויקים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להכניס ולהוציא את שולחן המסורות בזמן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לפרק ולנקות את הבמה בסוף הטקס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עבדו עם רשימה ותמונה של הבמה המוכנה – כך כל אחד יודע לאן כל דבר חוזר.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1D4ED8"/>
          <w:sz w:val="32"/>
          <w:rtl/>
          <w:szCs w:val="32"/>
          <w:bCs/>
        </w:rPr>
        <w:t>🤝 מארחות ומארחים (4)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לקבל את הקהל בכניסה בחיוך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להושיב אורחים ומשפחות במקומות השמורים ובמקומות הנגישים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לחלק פתקים ועטים לרגע התודה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לאסוף את הפתקים לקופסת התודה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לכוון את היציאה בסוף בסדר ובנחת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💡 זכרו: אתם הפנים הראשונות שהאורחים רואים. "בוקר טוב, ברוכים הבאים" עושה הרבה.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תפקידים לתלמידים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