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🎭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0B2A5B"/>
          <w:sz w:val="48"/>
          <w:rtl/>
          <w:szCs w:val="48"/>
          <w:bCs/>
        </w:rPr>
        <w:t>מערכון: הנר שחשב שהוא קטן מדי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מערכון מקורי לטקס + קריאות במקהלה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🧑‍🎓 לשחקנים ולמקהלה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בקובץ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הדמויות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המערכון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קריאות במקהלה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חלק א׳ – הדמויות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תפאורה: ערב ראשון של חנוכה, על אדן חלון גדול. החנוכייה עומדת מוכנה, הנרות מתכוננים לעלות לתפקיד. מסביב – חושך של חורף.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נֵרִי – הנר הקטן ביותר בקופסה, ביישן ובטוח שאין לו מה לתרום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שַׁמָּשִׁית – השמש – רגועה, חכמה ועם הרבה הומור; תפקידה להדליק את כולם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סְבִיבוֹנִי – סביבון נמרץ שלא מפסיק להסתובב ולהתבלבל, ומדבר מהר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פַּכִּית – פך שמן קטן ועתיק, שמכיר את הסיפור מבפנים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חלק ב׳ – המערכון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סביבוני: (מסתובב סביב עצמו ונעצר מסוחרר) (נכנס מסתובב) נ! ג! ה! פ! הגענו! זה הערב! איפה כולם? מי מדליק? מתי מתחילים?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שמשית: רגע, סביבוני, תעצור לנשום. עוד מעט החושך יורד, ואז אני מדליקה את הנר הראשון.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סביבוני: הראשון? מי הראשון? אני מתערב שזה הנר הכי גבוה! הכי מבריק! הכי...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נרי: (מרים יד לאט, מתכווץ) (מהפינה, בשקט) זה... זה אני.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סביבוני: אתה?! אבל אתה כזה... קטנטן. בגודל של מחק!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נרי: אני יודע. בגלל זה אני חושב שכדאי לבחור מישהו אחר. אני לא אצליח להאיר כלום.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שמשית: מי אמר לך את זה?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נרי: אף אחד. אני פשוט מסתכל על עצמי. ואז אני מסתכל על החושך בחוץ. הוא ענק. ואני... לא.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פכית: (מתגלגלת פנימה לאט, מתנודדת קצת) אהם. סליחה שאני מתערבת. אפשר להגיד משהו בתור מי שהייתה שם?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סביבוני: (קופץ במקום) היית שם?! איפה? מתי? ספרי! ספרי!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פכית: לפני הרבה מאוד שנים, מצאו אותי בבית המקדש. הייתי פך קטן אחד. כולם ראו כמה מעט שמן יש בי.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נרי: ומה עשו?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פכית: הדליקו בכל זאת. לא חיכו שיגיע פך גדול יותר. מישהו פשוט אמר: "נתחיל במה שיש."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שמשית: וזה הספיק?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פכית: (מחייכת) שמונה ימים. ואני עדיין לא מבינה איך. אבל אני כן יודעת דבר אחד: אם לא היו מתחילים – לא היה שום נס.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נרי: אבל אני לא פך של נס. אני סתם נר קטן.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סביבוני: (נעצר בתנוחה דרמטית) רגע, רגע, אני מסתובב על זה... (מסתובב) ...ונעצרתי! אני חושב שהבנתי! אין "סתם"! על הצד שלי כתוב "נס גדול היה פה" – לא "נס גדול היה רק לגדולים"!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שמשית: נרי, בוא תראה משהו. (מובילה אותו לחלון) מה אתה רואה בחוץ?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נרי: חושך. ורחוב. ו... רגע. בחלון ממול יש נר אחד דולק.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שמשית: כמה גדול הוא?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נרי: קטן. ממש כמוני. אבל... אני רואה אותו מכאן. מכל הרחוב רואים אותו.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פכית: זה הסוד. אור לא נמדד בסנטימטרים. הוא נמדד במי שרואה אותו.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נרי: (מתיישר לאט) אז אולי... אולי אני כן יכול לנסות. גם אם קצת מפחיד.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שמשית: זה בדיוק אומץ. לא להפסיק לפחד – אלא לנסות למרות הפחד. מוכן?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נרי: (שמשית "מדליקה" אותו – נורת LED בכובע של נרי נדלקת) (נושם עמוק) מוכן.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סביבוני: וואו! תראו! הוא מאיר את כל החלון! ואת הפנים שלכם! ואת... אני רואה את הרגליים שלי! לא ראיתי אותן מאז שהתחלתי להסתובב!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נרי: (אל הקהל) ומחר יצטרף אליי עוד נר. ואחריו עוד אחד. ובסוף – שמונה.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כולם: (קידה, יציאה) (אל הקהל, יחד) ואתם? איזה נר אתם מדליקים היום?</w:t>
      </w:r>
    </w:p>
    <w:p>
      <w:pPr>
        <w:bidi/>
        <w:jc w:val="right"/>
      </w:pPr>
      <w:r>
        <w:rPr>
          <w:rFonts w:ascii="Arial" w:hAnsi="Arial" w:cs="Arial"/>
          <w:b/>
          <w:color w:val="1D4ED8"/>
          <w:sz w:val="26"/>
          <w:rtl/>
          <w:szCs w:val="26"/>
          <w:bCs/>
        </w:rPr>
        <w:t>▌ המסר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אין נר קטן מדי. אומץ הוא להתחיל במה שיש, גם כשמפחיד – ומעט אור, שרואים אותו מרחוק, דוחה הרבה חושך.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חלק ג׳ – קריאות במקהלה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אור שעובר מיד ליד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סולנית/סולן: בכל שנה, בכסלו, אנחנו חוזרים לאותו אור.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א׳: אור שעבר מיד ליד,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ב׳: מדור לדור, מבית לבית,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כולם: מחלון לחלון.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א׳: הוא עבר בדרכים ארוכות, בערים רחוקות, בשפות רבות,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ב׳: בשירים שונים, בטעמים שונים, בלחנים שונים,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כולם: ותמיד – אותו אור.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סולנית/סולן: הוא היה פה לפנינו, והוא יהיה פה אחרינו,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א׳: ואם נשמור עליו 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ב׳: הוא ישמור עלינו.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כולם: וכרגע – הוא בידיים שלנו.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מעט אור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א׳: החושך גדול,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ב׳: והנר קטן.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א׳: החושך שקט,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ב׳: והנר מדבר בשקט עוד יותר.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סולנית/סולן: ובכל זאת, כשנכנסים לחדר חשוך עם נר אחד 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כולם: החושך זז הצידה.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א׳: לא צריך לנצח אותו,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ב׳: לא צריך לצעוק עליו,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סולנית/סולן: רק להדליק.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כולם: מעט אור דוחה הרבה חושך.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שמונה צעדים אל האור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א׳: צעד ראשון – אומץ: לנסות גם כשקשה.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ב׳: צעד שני – תקווה: להאמין שיהיה טוב.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א׳: צעד שלישי – נתינה: לחלוק את מה שיש.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ב׳: צעד רביעי – אחדות: שונים, ויחד.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א׳: צעד חמישי – חוסן: לקום ולהמשיך.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ב׳: צעד שישי – ענווה: להקשיב באמת.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א׳: צעד שביעי – הכרת תודה: לראות את הטוב.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ב׳: צעד שמיני – אור לאחרים: להאיר למישהו את הדרך.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כולם: שמונה צעדים, שמונה נרות,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סולנית/סולן: ודרך אחת 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כולם: אל האור של יחד.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מערכון וקריאות במקהלה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